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rFonts w:ascii="Courier New" w:hAnsi="Courier New"/>
          <w:b/>
          <w:i w:val="0"/>
          <w:color w:val="000000"/>
          <w:sz w:val="30"/>
        </w:rPr>
        <w:t>Notificação de demissão do quadro social de cooperativa</w:t>
      </w:r>
    </w:p>
    <w:p>
      <w:pPr>
        <w:spacing w:after="200"/>
      </w:pPr>
      <w:r>
        <w:rPr>
          <w:rFonts w:ascii="Courier New" w:hAnsi="Courier New"/>
          <w:b/>
          <w:i w:val="0"/>
          <w:color w:val="000000"/>
          <w:sz w:val="24"/>
        </w:rPr>
        <w:t xml:space="preserve">Orientação de uso. </w:t>
      </w:r>
      <w:r>
        <w:rPr>
          <w:rFonts w:ascii="Courier New" w:hAnsi="Courier New"/>
          <w:b w:val="0"/>
          <w:i w:val="0"/>
          <w:color w:val="000000"/>
          <w:sz w:val="24"/>
        </w:rPr>
        <w:t>A Lei nº 5.764/1971 denomina o desligamento voluntário como demissão do associado. O estatuto da cooperativa deve ser consultado quanto ao procedimento e à restituição de quotas.</w:t>
      </w:r>
    </w:p>
    <w:p>
      <w:pPr>
        <w:pStyle w:val="Heading1"/>
      </w:pPr>
      <w:r>
        <w:rPr>
          <w:rFonts w:ascii="Courier New" w:hAnsi="Courier New"/>
          <w:b/>
          <w:i w:val="0"/>
          <w:color w:val="000000"/>
          <w:sz w:val="26"/>
        </w:rPr>
        <w:t>Destinatária</w:t>
      </w:r>
    </w:p>
    <w:p>
      <w:r>
        <w:rPr>
          <w:rFonts w:ascii="Courier New" w:hAnsi="Courier New"/>
          <w:b w:val="0"/>
          <w:i w:val="0"/>
          <w:color w:val="000000"/>
          <w:sz w:val="24"/>
        </w:rPr>
        <w:t>[NOME DA COOPERATIVA]</w:t>
        <w:br/>
        <w:t>[CNPJ]</w:t>
        <w:br/>
        <w:t>[ENDEREÇO OU CANAL FORMAL PARA NOTIFICAÇÃO]</w:t>
      </w:r>
    </w:p>
    <w:p>
      <w:pPr>
        <w:pStyle w:val="Heading1"/>
      </w:pPr>
      <w:r>
        <w:rPr>
          <w:rFonts w:ascii="Courier New" w:hAnsi="Courier New"/>
          <w:b/>
          <w:i w:val="0"/>
          <w:color w:val="000000"/>
          <w:sz w:val="26"/>
        </w:rPr>
        <w:t>Notificante</w:t>
      </w:r>
    </w:p>
    <w:p>
      <w:r>
        <w:rPr>
          <w:rFonts w:ascii="Courier New" w:hAnsi="Courier New"/>
          <w:b w:val="0"/>
          <w:i w:val="0"/>
          <w:color w:val="000000"/>
          <w:sz w:val="24"/>
        </w:rPr>
        <w:t>[NOME OU RAZÃO SOCIAL], inscrito(a) no [CPF/CNPJ] sob nº [NÚMERO], associado(a) sob matrícula nº [MATRÍCULA], com endereço em [ENDEREÇO] e e-mail [E-MAIL].</w:t>
      </w:r>
    </w:p>
    <w:p>
      <w:pPr>
        <w:pStyle w:val="Heading1"/>
      </w:pPr>
      <w:r>
        <w:rPr>
          <w:rFonts w:ascii="Courier New" w:hAnsi="Courier New"/>
          <w:b/>
          <w:i w:val="0"/>
          <w:color w:val="000000"/>
          <w:sz w:val="26"/>
        </w:rPr>
        <w:t>Pedido</w:t>
      </w:r>
    </w:p>
    <w:p>
      <w:r>
        <w:rPr>
          <w:rFonts w:ascii="Courier New" w:hAnsi="Courier New"/>
          <w:b w:val="0"/>
          <w:i w:val="0"/>
          <w:color w:val="000000"/>
          <w:sz w:val="24"/>
        </w:rPr>
        <w:t>Com fundamento no art. 5º, inciso XX, da Constituição Federal e no art. 32 da Lei nº 5.764/1971, o(a) notificante manifesta, de forma expressa, sua decisão de pedir demissão do quadro social da cooperativa.</w:t>
      </w:r>
    </w:p>
    <w:p>
      <w:r>
        <w:rPr>
          <w:rFonts w:ascii="Courier New" w:hAnsi="Courier New"/>
          <w:b w:val="0"/>
          <w:i w:val="0"/>
          <w:color w:val="000000"/>
          <w:sz w:val="24"/>
        </w:rPr>
        <w:t>Requer o protocolo desta notificação, o registro da demissão no Livro de Matrícula e a confirmação escrita da data em que o pedido foi recebido e processado.</w:t>
      </w:r>
    </w:p>
    <w:p>
      <w:r>
        <w:rPr>
          <w:rFonts w:ascii="Courier New" w:hAnsi="Courier New"/>
          <w:b w:val="0"/>
          <w:i w:val="0"/>
          <w:color w:val="000000"/>
          <w:sz w:val="24"/>
        </w:rPr>
        <w:t>Requer, ainda, informação sobre o saldo de quotas-partes, obrigações pendentes e procedimento de restituição ou liquidação previsto na legislação e no estatuto social, sem prejuízo da apuração de direitos e deveres existentes até a data do desligamento.</w:t>
      </w:r>
    </w:p>
    <w:p>
      <w:pPr>
        <w:jc w:val="right"/>
      </w:pPr>
      <w:r>
        <w:rPr>
          <w:rFonts w:ascii="Courier New" w:hAnsi="Courier New"/>
          <w:b w:val="0"/>
          <w:i w:val="0"/>
          <w:color w:val="000000"/>
          <w:sz w:val="24"/>
        </w:rPr>
        <w:t>[CIDADE], [DATA].</w:t>
      </w:r>
    </w:p>
    <w:p>
      <w:pPr>
        <w:jc w:val="center"/>
      </w:pPr>
      <w:r>
        <w:rPr>
          <w:rFonts w:ascii="Courier New" w:hAnsi="Courier New"/>
          <w:b w:val="0"/>
          <w:i w:val="0"/>
          <w:color w:val="000000"/>
          <w:sz w:val="24"/>
        </w:rPr>
        <w:t>____________________________________________</w:t>
      </w:r>
    </w:p>
    <w:p>
      <w:pPr>
        <w:jc w:val="center"/>
      </w:pPr>
      <w:r>
        <w:rPr>
          <w:rFonts w:ascii="Courier New" w:hAnsi="Courier New"/>
          <w:b w:val="0"/>
          <w:i w:val="0"/>
          <w:color w:val="000000"/>
          <w:sz w:val="24"/>
        </w:rPr>
        <w:t>[NOME DO ASSOCIADO OU REPRESENTANTE]</w:t>
      </w:r>
    </w:p>
    <w:p>
      <w:pPr>
        <w:jc w:val="center"/>
      </w:pPr>
      <w:r>
        <w:rPr>
          <w:rFonts w:ascii="Courier New" w:hAnsi="Courier New"/>
          <w:b w:val="0"/>
          <w:i w:val="0"/>
          <w:color w:val="000000"/>
          <w:sz w:val="24"/>
        </w:rPr>
        <w:t>[CPF/CNPJ]</w:t>
      </w:r>
    </w:p>
    <w:sectPr>
      <w:pgSz w:w="12240" w:h="15840"/>
      <w:pgMar w:top="1080" w:right="1224" w:bottom="1080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47" w:lineRule="auto"/>
    </w:pPr>
    <w:rPr>
      <w:rFonts w:ascii="Courier New" w:hAnsi="Courier New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Courier New" w:hAnsi="Courier New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Courier New" w:hAnsi="Courier New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 w:line="240" w:lineRule="auto" w:before="160"/>
      <w:contextualSpacing/>
    </w:pPr>
    <w:rPr>
      <w:rFonts w:asciiTheme="majorHAnsi" w:eastAsiaTheme="majorEastAsia" w:hAnsiTheme="majorHAnsi" w:cstheme="majorBidi" w:ascii="Courier New" w:hAnsi="Courier New"/>
      <w:b/>
      <w:color w:val="000000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Notificação de demissão do quadro social de cooperativa</dc:title>
  <dc:subject>Modelo público sem dados pessoais</dc:subject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