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Plano de recuperação judicial — estrutura-base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Roteiro modular, sem condições econômicas predefinidas. O plano deve ser sustentado por projeções, laudo econômico-financeiro e avaliação de ativos; classes, prazos, deságios, índices e garantias exigem definição no caso concreto.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1. Apresentação e identificação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[RECUPERANDA(S)], [CNPJ(S)], [PROCESSO], [JUÍZO]. Resuma o pedido, o deferimento do processamento e a finalidade do plano.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2. Histórico e causas da crise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Descreva fatos específicos, datas, indicadores e efeitos operacionais. Diferencie causas externas, internas e medidas já adotadas.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3. Operação e relevância econômica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Explique atividades, unidades, clientes/mercados, empregos, fornecedores, ativos críticos e integração entre sociedades, sem afirmações genéricas.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4. Diagnóstico econômico-financeiro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Apresente receita, margem, geração de caixa, capital de giro, endividamento, contingências e premissas de projeção, com conciliação às demonstrações.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5. Definições e regras de interpretação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Defina AGC, créditos, classes, data do pedido, homologação, dias úteis, índices, eventos de vencimento e demais termos efetivamente usados.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6. Meios de recuperação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Selecione e detalhe os meios compatíveis com o art. 50: reorganização operacional, alteração de condições, venda de ativos/UPI, captação, conversão de dívida, aumento de capital, governança ou outros.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7. Tratamento dos créditos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Para cada classe ou subclasse lícita, indique universo, justificativa objetiva, carência, prazo, amortização, deságio, correção, juros, forma de pagamento, dados bancários, valor mínimo e regras de eleição.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8. Credores parceiros ou estratégicos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Se houver tratamento diferenciado, defina critérios objetivos, proporcionais, acessíveis e relacionados ao fornecimento ou financiamento necessário à continuidade.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9. Garantias, coobrigados e novação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Descreva com precisão efeitos pretendidos, liberações condicionadas, preservação de direitos e consentimentos necessários, evitando cláusulas genéricas incompatíveis com a lei ou jurisprudência aplicável.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10. Alienação de ativos e UPI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Identifique ativos, procedimento competitivo, avaliação, destinação dos recursos, autorizações e condições suspensivas.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11. Governança e acompanhamento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Defina obrigações de informação, indicadores, periodicidade, acesso de credores, auditoria e responsáveis.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12. Inadimplemento e cura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Defina evento, notificação, prazo de cura, consequências e tratamento de controvérsias, de modo proporcional.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13. Disposições finais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Trate de comunicações, divisibilidade, alterações, vigência, anexos e foro/juízo competente dentro dos limites legais.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Quadro obrigatório de condições — preencher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399"/>
        <w:gridCol w:w="1399"/>
        <w:gridCol w:w="1399"/>
        <w:gridCol w:w="1399"/>
        <w:gridCol w:w="1399"/>
        <w:gridCol w:w="1399"/>
        <w:gridCol w:w="1399"/>
      </w:tblGrid>
      <w:tr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Classe/subclasse</w:t>
            </w:r>
          </w:p>
        </w:tc>
        <w:tc>
          <w:tcPr>
            <w:tcW w:type="dxa" w:w="158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Base de cálculo</w:t>
            </w:r>
          </w:p>
        </w:tc>
        <w:tc>
          <w:tcPr>
            <w:tcW w:type="dxa" w:w="122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Deságio</w:t>
            </w:r>
          </w:p>
        </w:tc>
        <w:tc>
          <w:tcPr>
            <w:tcW w:type="dxa" w:w="122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Carência</w:t>
            </w:r>
          </w:p>
        </w:tc>
        <w:tc>
          <w:tcPr>
            <w:tcW w:type="dxa" w:w="115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Prazo</w:t>
            </w:r>
          </w:p>
        </w:tc>
        <w:tc>
          <w:tcPr>
            <w:tcW w:type="dxa" w:w="158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Correção/juros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Amortização</w:t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Anexos mínimos de trabalho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 ] Laudo de viabilidade econômico-financeira  [ ] Laudo de avaliação de bens e ativos  [ ] Projeções e premissas  [ ] Relação de ativos/UPIs  [ ] Cronograma de pagamentos  [ ] Organograma societário  [ ] Evidências das medidas operacionais.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recuperação judicial — estrutura-base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