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Procuração para Assembleia Geral de Credores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Confirme previamente o edital, as regras de credenciamento e os poderes exigidos pelo administrador judicial. Anexe prova atual dos poderes do signatário.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Outorgante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[NOME/RAZÃO SOCIAL], inscrito(a) no [CPF/CNPJ] sob nº [NÚMERO], com endereço em [ENDEREÇO], neste ato representado(a) por [NOME/CARGO], conforme [DOCUMENTO SOCIETÁRIO].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Outorgado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[NOME], [NACIONALIDADE], [ESTADO CIVIL], [PROFISSÃO], inscrito(a) no CPF sob nº [CPF] e, se advogado(a), na OAB/[UF] sob nº [NÚMERO], e-mail [E-MAIL], telefone [TELEFONE].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Poderes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Representar o(a) outorgante na Assembleia Geral de Credores relativa à recuperação judicial de [DEVEDOR/GRUPO], processo nº [PROCESSO], inclusive em continuidades, suspensões e novas sessões; credenciar-se; manifestar-se; negociar; deliberar e votar matérias da ordem do dia, inclusive plano, modificações e eventual plano alternativo; assinar listas, atas, termos e documentos necessários.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Substabelecimento: [AUTORIZADO/VEDADO], [COM/SEM] reserva de poderes. Limites ou instruções de voto: [DESCREVER OU INDICAR ‘SEM INSTRUÇÕES ESPECÍFICAS’].</w:t>
      </w:r>
    </w:p>
    <w:p>
      <w:pPr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>[CIDADE], [DATA].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____________________________________________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[OUTORGANTE / REPRESENTANTE / CARGO]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para Assembleia Geral de Credores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