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Roteiro de diagnóstico para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Questionário inicial para coleta segura de fatos. Benefícios, prazos, sujeição de créditos, proteção de bens e condições de pagamento não são automáticos. Trate as respostas como confidenciais e aplique controle de acesso.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1. Empresa e elegibilidade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Atividade, data de início e registros: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Estrutura societária, administradores, grupo e filiais: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Histórico de recuperação/falência: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Local do principal estabelecimento e centro decisório: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2. Operação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Produtos/serviços, unidades e capacidade: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Clientes e concentração de receita: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Fornecedores críticos e prazos: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Empregados e terceiros: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Licenças e contratos essenciais: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3. Desempenho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Receita, margem, EBITDA e geração de caixa: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Sazonalidade e capital de giro: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Contabilidade disponível e qualidade dos dados: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Projeções e medidas de redução de custos: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4. Passivo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Bancos, CCBs, garantias, taxas e vencimentos: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Fornecedores, trabalhistas, fiscais e partes relacionadas: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FIDCs, factorings, securitizadoras, recebíveis e coobrigações: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Credores não sujeitos ou controvertidos: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5. Ativos e urgências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Imóveis, veículos, máquinas, estoques e aplicações: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Alienação fiduciária, arrendamento, penhor e outras garantias: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Bloqueios, apreensões, cortes e riscos operacionais: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Provas da utilização e essencialidade de cada ativo: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6. Contencioso e governança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Ações, arbitragens, protestos e contingências: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Negociações anteriores e comunicações de credores: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Disponibilidade dos sócios para transparência e controles: [RESPOSTA / DOCUMENTO / RESPONSÁVEL].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Alternativas extrajudiciais avaliadas: [RESPOSTA / DOCUMENTO / RESPONSÁVEL].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Matriz de decisão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Tema</w:t>
            </w:r>
          </w:p>
        </w:tc>
        <w:tc>
          <w:tcPr>
            <w:tcW w:type="dxa" w:w="194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Fato confirmado</w:t>
            </w:r>
          </w:p>
        </w:tc>
        <w:tc>
          <w:tcPr>
            <w:tcW w:type="dxa" w:w="165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Documento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Risco</w:t>
            </w:r>
          </w:p>
        </w:tc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Ação</w:t>
            </w:r>
          </w:p>
        </w:tc>
        <w:tc>
          <w:tcPr>
            <w:tcW w:type="dxa" w:w="165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Responsável/prazo</w:t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diagnóstico para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